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70" w:type="dxa"/>
        <w:tblLook w:val="04A0" w:firstRow="1" w:lastRow="0" w:firstColumn="1" w:lastColumn="0" w:noHBand="0" w:noVBand="1"/>
      </w:tblPr>
      <w:tblGrid>
        <w:gridCol w:w="5550"/>
        <w:gridCol w:w="4920"/>
      </w:tblGrid>
      <w:tr w:rsidR="00217A4B" w14:paraId="672A6659" w14:textId="77777777" w:rsidTr="56EF2596">
        <w:tc>
          <w:tcPr>
            <w:tcW w:w="5550" w:type="dxa"/>
          </w:tcPr>
          <w:p w14:paraId="0A37501D" w14:textId="5DCB93E1" w:rsidR="00217A4B" w:rsidRDefault="41B43702" w:rsidP="56EF259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438AD51" wp14:editId="5F976AA6">
                  <wp:extent cx="914400" cy="914400"/>
                  <wp:effectExtent l="0" t="0" r="0" b="0"/>
                  <wp:docPr id="16689385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~iTASID2026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5DAB6C7B" w14:textId="5AC22686" w:rsidR="00217A4B" w:rsidRDefault="41B43702" w:rsidP="56EF2596">
            <w:r>
              <w:rPr>
                <w:noProof/>
              </w:rPr>
              <w:drawing>
                <wp:inline distT="0" distB="0" distL="0" distR="0" wp14:anchorId="057C6A71" wp14:editId="3B67C633">
                  <wp:extent cx="914400" cy="914400"/>
                  <wp:effectExtent l="0" t="0" r="0" b="0"/>
                  <wp:docPr id="2072994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ID_logo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70640" w14:textId="77777777" w:rsidR="00217A4B" w:rsidRDefault="56EF2596">
      <w:pPr>
        <w:jc w:val="center"/>
      </w:pPr>
      <w:r w:rsidRPr="56EF2596">
        <w:rPr>
          <w:b/>
          <w:bCs/>
          <w:i/>
          <w:iCs/>
          <w:sz w:val="32"/>
          <w:szCs w:val="32"/>
        </w:rPr>
        <w:t xml:space="preserve">iTASID 2026 </w:t>
      </w:r>
      <w:r w:rsidRPr="56EF2596">
        <w:rPr>
          <w:b/>
          <w:bCs/>
          <w:sz w:val="32"/>
          <w:szCs w:val="32"/>
        </w:rPr>
        <w:t>TRAVEL GRANT APPLICATION</w:t>
      </w:r>
    </w:p>
    <w:p w14:paraId="3A649C0A" w14:textId="7E64136D" w:rsidR="56EF2596" w:rsidRDefault="56EF2596" w:rsidP="56EF2596"/>
    <w:p w14:paraId="6A7B41A1" w14:textId="095A41BF" w:rsidR="00217A4B" w:rsidRDefault="56EF2596" w:rsidP="56EF2596">
      <w:r w:rsidRPr="56EF2596">
        <w:rPr>
          <w:sz w:val="24"/>
          <w:szCs w:val="24"/>
        </w:rPr>
        <w:t>TRAVEL GRANTS FOR INTERNATIONAL PARTICIPANTS</w:t>
      </w:r>
      <w:r w:rsidR="00000000">
        <w:br/>
      </w:r>
      <w:r w:rsidR="0027407F">
        <w:rPr>
          <w:rFonts w:ascii="微軟正黑體" w:eastAsia="微軟正黑體" w:hAnsi="微軟正黑體" w:cs="微軟正黑體" w:hint="eastAsia"/>
          <w:b/>
          <w:bCs/>
          <w:lang w:eastAsia="zh-TW"/>
        </w:rPr>
        <w:t>Two</w:t>
      </w:r>
      <w:r w:rsidRPr="56EF2596">
        <w:rPr>
          <w:b/>
          <w:bCs/>
        </w:rPr>
        <w:t xml:space="preserve"> (</w:t>
      </w:r>
      <w:r w:rsidR="0027407F">
        <w:rPr>
          <w:rFonts w:eastAsia="新細明體" w:hint="eastAsia"/>
          <w:b/>
          <w:bCs/>
          <w:lang w:eastAsia="zh-TW"/>
        </w:rPr>
        <w:t>2</w:t>
      </w:r>
      <w:r w:rsidRPr="56EF2596">
        <w:rPr>
          <w:b/>
          <w:bCs/>
        </w:rPr>
        <w:t>) Travel Grants</w:t>
      </w:r>
      <w:r>
        <w:t xml:space="preserve"> will be awarded to international participants traveling from outside Taiwan. </w:t>
      </w:r>
    </w:p>
    <w:p w14:paraId="3AC61850" w14:textId="6698FFD2" w:rsidR="00217A4B" w:rsidRDefault="56EF2596">
      <w:r>
        <w:t xml:space="preserve">Each award includes </w:t>
      </w:r>
      <w:r w:rsidRPr="56EF2596">
        <w:rPr>
          <w:b/>
          <w:bCs/>
        </w:rPr>
        <w:t>USD 500 travel support</w:t>
      </w:r>
      <w:r>
        <w:t>.</w:t>
      </w:r>
    </w:p>
    <w:p w14:paraId="705F6D6B" w14:textId="77777777" w:rsidR="00217A4B" w:rsidRDefault="00000000">
      <w:r>
        <w:br/>
        <w:t>APPLICANT INFORMATION</w:t>
      </w:r>
    </w:p>
    <w:p w14:paraId="4ECCCFC8" w14:textId="751BFB0C" w:rsidR="00217A4B" w:rsidRDefault="56EF2596" w:rsidP="56EF2596">
      <w:pPr>
        <w:rPr>
          <w:sz w:val="24"/>
          <w:szCs w:val="24"/>
        </w:rPr>
      </w:pPr>
      <w:r w:rsidRPr="661964D5">
        <w:rPr>
          <w:sz w:val="24"/>
          <w:szCs w:val="24"/>
        </w:rPr>
        <w:t xml:space="preserve">Full Name: </w:t>
      </w:r>
      <w:r w:rsidR="00000000">
        <w:tab/>
      </w:r>
      <w:r w:rsidRPr="661964D5">
        <w:rPr>
          <w:sz w:val="24"/>
          <w:szCs w:val="24"/>
        </w:rPr>
        <w:t xml:space="preserve">__________________________________________________   </w:t>
      </w:r>
      <w:r w:rsidR="00000000">
        <w:tab/>
      </w:r>
      <w:r w:rsidRPr="661964D5">
        <w:rPr>
          <w:sz w:val="24"/>
          <w:szCs w:val="24"/>
        </w:rPr>
        <w:t>Title: ☐ Prof ☐ Dr ☐ Mr ☐ Ms</w:t>
      </w:r>
    </w:p>
    <w:p w14:paraId="2454380D" w14:textId="1B870CA7" w:rsidR="13566DEF" w:rsidRDefault="13566DEF" w:rsidP="56EF2596">
      <w:pPr>
        <w:rPr>
          <w:sz w:val="24"/>
          <w:szCs w:val="24"/>
        </w:rPr>
      </w:pPr>
      <w:r w:rsidRPr="56EF2596">
        <w:rPr>
          <w:sz w:val="24"/>
          <w:szCs w:val="24"/>
        </w:rPr>
        <w:t xml:space="preserve">Institution: </w:t>
      </w:r>
      <w:r>
        <w:tab/>
      </w:r>
      <w:r w:rsidR="56EF2596" w:rsidRPr="56EF2596">
        <w:rPr>
          <w:sz w:val="24"/>
          <w:szCs w:val="24"/>
        </w:rPr>
        <w:t>____________________________________</w:t>
      </w:r>
      <w:r w:rsidR="2E890C6E" w:rsidRPr="56EF2596">
        <w:rPr>
          <w:sz w:val="24"/>
          <w:szCs w:val="24"/>
        </w:rPr>
        <w:t>_________</w:t>
      </w:r>
      <w:r w:rsidR="3FCCB726" w:rsidRPr="56EF2596">
        <w:rPr>
          <w:sz w:val="24"/>
          <w:szCs w:val="24"/>
        </w:rPr>
        <w:t>_____</w:t>
      </w:r>
    </w:p>
    <w:p w14:paraId="5BA0EA13" w14:textId="345C2435" w:rsidR="00217A4B" w:rsidRDefault="56EF2596" w:rsidP="56EF2596">
      <w:pPr>
        <w:rPr>
          <w:sz w:val="24"/>
          <w:szCs w:val="24"/>
        </w:rPr>
      </w:pPr>
      <w:r w:rsidRPr="661964D5">
        <w:rPr>
          <w:sz w:val="24"/>
          <w:szCs w:val="24"/>
        </w:rPr>
        <w:t xml:space="preserve">Department: </w:t>
      </w:r>
      <w:r w:rsidR="00000000">
        <w:tab/>
      </w:r>
      <w:r w:rsidRPr="661964D5">
        <w:rPr>
          <w:sz w:val="24"/>
          <w:szCs w:val="24"/>
        </w:rPr>
        <w:t>_____________________________</w:t>
      </w:r>
      <w:r w:rsidR="2BAA3B9D" w:rsidRPr="661964D5">
        <w:rPr>
          <w:sz w:val="24"/>
          <w:szCs w:val="24"/>
        </w:rPr>
        <w:t>__________</w:t>
      </w:r>
      <w:r w:rsidR="752C70E4" w:rsidRPr="661964D5">
        <w:rPr>
          <w:sz w:val="24"/>
          <w:szCs w:val="24"/>
        </w:rPr>
        <w:t>______</w:t>
      </w:r>
      <w:r w:rsidR="2BAA3B9D" w:rsidRPr="661964D5">
        <w:rPr>
          <w:sz w:val="24"/>
          <w:szCs w:val="24"/>
        </w:rPr>
        <w:t>__</w:t>
      </w:r>
      <w:r w:rsidR="0B30CCF1" w:rsidRPr="661964D5">
        <w:rPr>
          <w:sz w:val="24"/>
          <w:szCs w:val="24"/>
        </w:rPr>
        <w:t>___</w:t>
      </w:r>
      <w:r w:rsidR="00000000">
        <w:tab/>
      </w:r>
      <w:r w:rsidRPr="661964D5">
        <w:rPr>
          <w:sz w:val="24"/>
          <w:szCs w:val="24"/>
        </w:rPr>
        <w:t xml:space="preserve">Current Position: </w:t>
      </w:r>
      <w:r w:rsidR="66F809B1" w:rsidRPr="661964D5">
        <w:rPr>
          <w:sz w:val="24"/>
          <w:szCs w:val="24"/>
        </w:rPr>
        <w:t>_</w:t>
      </w:r>
      <w:r w:rsidRPr="661964D5">
        <w:rPr>
          <w:sz w:val="24"/>
          <w:szCs w:val="24"/>
        </w:rPr>
        <w:t>___________</w:t>
      </w:r>
      <w:r w:rsidR="43AA5D4D" w:rsidRPr="661964D5">
        <w:rPr>
          <w:sz w:val="24"/>
          <w:szCs w:val="24"/>
        </w:rPr>
        <w:t>______</w:t>
      </w:r>
    </w:p>
    <w:p w14:paraId="7517D576" w14:textId="31B7449A" w:rsidR="00217A4B" w:rsidRDefault="56EF2596" w:rsidP="56EF2596">
      <w:pPr>
        <w:rPr>
          <w:sz w:val="24"/>
          <w:szCs w:val="24"/>
        </w:rPr>
      </w:pPr>
      <w:r w:rsidRPr="661964D5">
        <w:rPr>
          <w:sz w:val="24"/>
          <w:szCs w:val="24"/>
        </w:rPr>
        <w:t>Country: __________________   Email: __________________</w:t>
      </w:r>
      <w:r w:rsidR="6E97ED3E" w:rsidRPr="661964D5">
        <w:rPr>
          <w:sz w:val="24"/>
          <w:szCs w:val="24"/>
        </w:rPr>
        <w:t>____</w:t>
      </w:r>
      <w:r w:rsidR="0041FAB6" w:rsidRPr="661964D5">
        <w:rPr>
          <w:sz w:val="24"/>
          <w:szCs w:val="24"/>
        </w:rPr>
        <w:t>_</w:t>
      </w:r>
      <w:r w:rsidR="2FC45DAB" w:rsidRPr="661964D5">
        <w:rPr>
          <w:sz w:val="24"/>
          <w:szCs w:val="24"/>
        </w:rPr>
        <w:t>_____</w:t>
      </w:r>
      <w:r w:rsidR="00000000">
        <w:tab/>
      </w:r>
      <w:r w:rsidRPr="661964D5">
        <w:rPr>
          <w:sz w:val="24"/>
          <w:szCs w:val="24"/>
        </w:rPr>
        <w:t xml:space="preserve">Mobile / WhatsApp: </w:t>
      </w:r>
      <w:r w:rsidR="3472617C" w:rsidRPr="661964D5">
        <w:rPr>
          <w:sz w:val="24"/>
          <w:szCs w:val="24"/>
        </w:rPr>
        <w:t>____</w:t>
      </w:r>
      <w:r w:rsidRPr="661964D5">
        <w:rPr>
          <w:sz w:val="24"/>
          <w:szCs w:val="24"/>
        </w:rPr>
        <w:t>_________</w:t>
      </w:r>
      <w:r w:rsidR="4513B164" w:rsidRPr="661964D5">
        <w:rPr>
          <w:sz w:val="24"/>
          <w:szCs w:val="24"/>
        </w:rPr>
        <w:t>_</w:t>
      </w:r>
    </w:p>
    <w:p w14:paraId="6FA3CC5B" w14:textId="77777777" w:rsidR="00217A4B" w:rsidRDefault="00000000" w:rsidP="56EF2596">
      <w:pPr>
        <w:rPr>
          <w:sz w:val="24"/>
          <w:szCs w:val="24"/>
        </w:rPr>
      </w:pPr>
      <w:r>
        <w:br/>
      </w:r>
      <w:r w:rsidR="56EF2596" w:rsidRPr="56EF2596">
        <w:rPr>
          <w:sz w:val="24"/>
          <w:szCs w:val="24"/>
        </w:rPr>
        <w:t>ABSTRACT INFORMATION</w:t>
      </w:r>
    </w:p>
    <w:p w14:paraId="55C0CDF6" w14:textId="481F8621" w:rsidR="00217A4B" w:rsidRDefault="56EF2596" w:rsidP="56EF2596">
      <w:pPr>
        <w:rPr>
          <w:sz w:val="24"/>
          <w:szCs w:val="24"/>
        </w:rPr>
      </w:pPr>
      <w:r w:rsidRPr="661964D5">
        <w:rPr>
          <w:sz w:val="24"/>
          <w:szCs w:val="24"/>
        </w:rPr>
        <w:t>Submission Number: _______</w:t>
      </w:r>
      <w:r w:rsidR="2C6491AF" w:rsidRPr="661964D5">
        <w:rPr>
          <w:sz w:val="24"/>
          <w:szCs w:val="24"/>
        </w:rPr>
        <w:t>________________</w:t>
      </w:r>
      <w:r w:rsidR="52ED9162" w:rsidRPr="661964D5">
        <w:rPr>
          <w:sz w:val="24"/>
          <w:szCs w:val="24"/>
        </w:rPr>
        <w:t>_____</w:t>
      </w:r>
      <w:r w:rsidR="2C6491AF" w:rsidRPr="661964D5">
        <w:rPr>
          <w:sz w:val="24"/>
          <w:szCs w:val="24"/>
        </w:rPr>
        <w:t>__________</w:t>
      </w:r>
      <w:r w:rsidR="16BC9113" w:rsidRPr="661964D5">
        <w:rPr>
          <w:sz w:val="24"/>
          <w:szCs w:val="24"/>
        </w:rPr>
        <w:t xml:space="preserve">____    </w:t>
      </w:r>
      <w:r w:rsidR="00000000">
        <w:tab/>
      </w:r>
      <w:r w:rsidRPr="661964D5">
        <w:rPr>
          <w:sz w:val="24"/>
          <w:szCs w:val="24"/>
        </w:rPr>
        <w:t>Presentation Type: ☐ Oral ☐ Poster</w:t>
      </w:r>
    </w:p>
    <w:p w14:paraId="0C5C00BA" w14:textId="7C9FB29D" w:rsidR="00217A4B" w:rsidRDefault="56EF2596" w:rsidP="56EF2596">
      <w:pPr>
        <w:rPr>
          <w:sz w:val="24"/>
          <w:szCs w:val="24"/>
        </w:rPr>
      </w:pPr>
      <w:r w:rsidRPr="56EF2596">
        <w:rPr>
          <w:sz w:val="24"/>
          <w:szCs w:val="24"/>
        </w:rPr>
        <w:t xml:space="preserve">Role in Abstract: </w:t>
      </w:r>
      <w:r w:rsidR="00000000">
        <w:tab/>
      </w:r>
      <w:r w:rsidRPr="56EF2596">
        <w:rPr>
          <w:sz w:val="24"/>
          <w:szCs w:val="24"/>
        </w:rPr>
        <w:t xml:space="preserve">☐ Presenting Author </w:t>
      </w:r>
      <w:r w:rsidR="00000000">
        <w:tab/>
      </w:r>
    </w:p>
    <w:p w14:paraId="42AA875B" w14:textId="15393B74" w:rsidR="56EF2596" w:rsidRDefault="56EF2596"/>
    <w:p w14:paraId="77F71BB7" w14:textId="6EA3B9D2" w:rsidR="00217A4B" w:rsidRDefault="56EF2596">
      <w:r w:rsidRPr="56EF2596">
        <w:rPr>
          <w:sz w:val="28"/>
          <w:szCs w:val="28"/>
        </w:rPr>
        <w:t>Abstract Title:</w:t>
      </w:r>
      <w:r>
        <w:t xml:space="preserve"> ___________________________________</w:t>
      </w:r>
      <w:r w:rsidR="58263357">
        <w:t>_______________________________________________________________</w:t>
      </w:r>
      <w:r w:rsidR="44C09ADC">
        <w:t>_______</w:t>
      </w:r>
    </w:p>
    <w:p w14:paraId="0B963A38" w14:textId="1042EA0C" w:rsidR="00217A4B" w:rsidRDefault="00000000" w:rsidP="56EF2596">
      <w:pPr>
        <w:rPr>
          <w:sz w:val="24"/>
          <w:szCs w:val="24"/>
        </w:rPr>
      </w:pPr>
      <w:r>
        <w:br/>
      </w:r>
      <w:r w:rsidR="56EF2596" w:rsidRPr="56EF2596">
        <w:rPr>
          <w:sz w:val="24"/>
          <w:szCs w:val="24"/>
        </w:rPr>
        <w:t>ELIGIBILITY CHECKLIST</w:t>
      </w:r>
    </w:p>
    <w:p w14:paraId="7D8197BB" w14:textId="3242EBDF" w:rsidR="00217A4B" w:rsidRDefault="56EF2596" w:rsidP="56EF2596">
      <w:pPr>
        <w:rPr>
          <w:sz w:val="24"/>
          <w:szCs w:val="24"/>
        </w:rPr>
      </w:pPr>
      <w:r w:rsidRPr="661964D5">
        <w:rPr>
          <w:sz w:val="24"/>
          <w:szCs w:val="24"/>
        </w:rPr>
        <w:t>☐ Submitted an abstract to iTASID 2026</w:t>
      </w:r>
      <w:r w:rsidR="00000000">
        <w:tab/>
      </w:r>
      <w:r w:rsidR="00000000">
        <w:tab/>
      </w:r>
      <w:r w:rsidRPr="661964D5">
        <w:rPr>
          <w:sz w:val="24"/>
          <w:szCs w:val="24"/>
        </w:rPr>
        <w:t>☐ Completed online registration</w:t>
      </w:r>
    </w:p>
    <w:p w14:paraId="324695D4" w14:textId="367C3350" w:rsidR="00217A4B" w:rsidRDefault="56EF2596" w:rsidP="56EF2596">
      <w:pPr>
        <w:rPr>
          <w:sz w:val="24"/>
          <w:szCs w:val="24"/>
        </w:rPr>
      </w:pPr>
      <w:r w:rsidRPr="56EF2596">
        <w:rPr>
          <w:sz w:val="24"/>
          <w:szCs w:val="24"/>
        </w:rPr>
        <w:t>☐ Enclosed Curriculum Vitae (CV)</w:t>
      </w:r>
      <w:r w:rsidR="00000000">
        <w:tab/>
      </w:r>
      <w:r w:rsidR="00000000">
        <w:tab/>
      </w:r>
      <w:r w:rsidR="00000000">
        <w:tab/>
      </w:r>
      <w:r w:rsidRPr="56EF2596">
        <w:rPr>
          <w:sz w:val="24"/>
          <w:szCs w:val="24"/>
        </w:rPr>
        <w:t>☐ Completed this Travel Grant application form</w:t>
      </w:r>
    </w:p>
    <w:p w14:paraId="58B28DE8" w14:textId="77777777" w:rsidR="00217A4B" w:rsidRDefault="56EF2596" w:rsidP="56EF2596">
      <w:pPr>
        <w:rPr>
          <w:sz w:val="24"/>
          <w:szCs w:val="24"/>
        </w:rPr>
      </w:pPr>
      <w:r w:rsidRPr="56EF2596">
        <w:rPr>
          <w:sz w:val="24"/>
          <w:szCs w:val="24"/>
        </w:rPr>
        <w:t>☐ Only applicants with accepted abstracts will be considered</w:t>
      </w:r>
    </w:p>
    <w:p w14:paraId="7F5DEC3C" w14:textId="620CFBD8" w:rsidR="56EF2596" w:rsidRDefault="56EF2596" w:rsidP="56EF2596">
      <w:pPr>
        <w:rPr>
          <w:sz w:val="24"/>
          <w:szCs w:val="24"/>
        </w:rPr>
      </w:pPr>
    </w:p>
    <w:p w14:paraId="21CE494A" w14:textId="0CEF1F0E" w:rsidR="3ED1A238" w:rsidRDefault="3ED1A238" w:rsidP="56EF2596">
      <w:pPr>
        <w:rPr>
          <w:rFonts w:ascii="Cambria" w:eastAsia="Cambria" w:hAnsi="Cambria" w:cs="Cambria"/>
          <w:color w:val="000000" w:themeColor="text1"/>
          <w:sz w:val="24"/>
          <w:szCs w:val="24"/>
        </w:rPr>
      </w:pPr>
      <w:r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CAREER STAGE</w:t>
      </w:r>
      <w:r w:rsidR="6447FB2A" w:rsidRPr="56EF259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 </w:t>
      </w:r>
      <w:r>
        <w:tab/>
      </w:r>
    </w:p>
    <w:p w14:paraId="590C8655" w14:textId="5B35DB04" w:rsidR="3ED1A238" w:rsidRDefault="3ED1A238" w:rsidP="56EF2596">
      <w:pPr>
        <w:rPr>
          <w:rFonts w:ascii="Cambria" w:eastAsia="Cambria" w:hAnsi="Cambria" w:cs="Cambria"/>
          <w:color w:val="000000" w:themeColor="text1"/>
          <w:sz w:val="24"/>
          <w:szCs w:val="24"/>
        </w:rPr>
      </w:pPr>
      <w:r w:rsidRPr="56EF2596">
        <w:rPr>
          <w:rFonts w:ascii="Cambria" w:eastAsia="Cambria" w:hAnsi="Cambria" w:cs="Cambria"/>
          <w:color w:val="000000" w:themeColor="text1"/>
          <w:sz w:val="24"/>
          <w:szCs w:val="24"/>
        </w:rPr>
        <w:t xml:space="preserve">☐ </w:t>
      </w:r>
      <w:r w:rsidR="0E7BB2CA"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Student/Trainee</w:t>
      </w:r>
      <w:r>
        <w:tab/>
      </w:r>
      <w:r>
        <w:tab/>
      </w:r>
      <w:r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☐ Early Career Investigator (&lt;5 y</w:t>
      </w:r>
      <w:r w:rsidR="60CBD12F"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r</w:t>
      </w:r>
      <w:r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)</w:t>
      </w:r>
      <w:r>
        <w:tab/>
      </w:r>
      <w:r>
        <w:tab/>
      </w:r>
      <w:r w:rsidRPr="56EF2596">
        <w:rPr>
          <w:rFonts w:ascii="Cambria" w:eastAsia="Cambria" w:hAnsi="Cambria" w:cs="Cambria"/>
          <w:color w:val="000000" w:themeColor="text1"/>
          <w:sz w:val="24"/>
          <w:szCs w:val="24"/>
        </w:rPr>
        <w:t>☐ Faculty / Consultant</w:t>
      </w:r>
    </w:p>
    <w:p w14:paraId="2D4D8930" w14:textId="1708247D" w:rsidR="56EF2596" w:rsidRDefault="56EF2596" w:rsidP="56EF2596"/>
    <w:p w14:paraId="53376F04" w14:textId="086A451B" w:rsidR="00217A4B" w:rsidRDefault="56EF2596">
      <w:r>
        <w:t>IMPORTANT DATES</w:t>
      </w:r>
    </w:p>
    <w:p w14:paraId="22C2B3F2" w14:textId="44A4AD2B" w:rsidR="00217A4B" w:rsidRDefault="56EF2596">
      <w:r>
        <w:t>Application Deadline: March 22, 2026</w:t>
      </w:r>
      <w:r w:rsidR="00000000">
        <w:tab/>
      </w:r>
      <w:r w:rsidR="00000000">
        <w:tab/>
      </w:r>
      <w:r w:rsidR="00000000">
        <w:tab/>
      </w:r>
      <w:r>
        <w:t>Notification of Successful Applicants: By April 6, 2026</w:t>
      </w:r>
    </w:p>
    <w:p w14:paraId="55EADD87" w14:textId="77777777" w:rsidR="00217A4B" w:rsidRDefault="00000000">
      <w:r>
        <w:br/>
        <w:t>SUBMISSION</w:t>
      </w:r>
    </w:p>
    <w:p w14:paraId="6328DE67" w14:textId="4A9A640C" w:rsidR="00217A4B" w:rsidRPr="00D260BB" w:rsidRDefault="56EF2596">
      <w:pPr>
        <w:rPr>
          <w:rFonts w:eastAsia="新細明體" w:hint="eastAsia"/>
          <w:lang w:eastAsia="zh-TW"/>
        </w:rPr>
      </w:pPr>
      <w:r>
        <w:t xml:space="preserve">Submit to: </w:t>
      </w:r>
      <w:hyperlink r:id="rId8">
        <w:r w:rsidRPr="56EF2596">
          <w:rPr>
            <w:rStyle w:val="affa"/>
          </w:rPr>
          <w:t>tasidmail@gmail.com</w:t>
        </w:r>
      </w:hyperlink>
      <w:r w:rsidR="00000000">
        <w:tab/>
      </w:r>
      <w:r w:rsidR="00000000">
        <w:tab/>
      </w:r>
      <w:r w:rsidR="00000000">
        <w:tab/>
      </w:r>
      <w:r>
        <w:t xml:space="preserve">Required: </w:t>
      </w:r>
      <w:r w:rsidR="00D260BB" w:rsidRPr="56EF2596">
        <w:rPr>
          <w:b/>
          <w:bCs/>
        </w:rPr>
        <w:t>CV</w:t>
      </w:r>
      <w:r w:rsidR="00D260BB" w:rsidRPr="56EF2596">
        <w:rPr>
          <w:b/>
          <w:bCs/>
        </w:rPr>
        <w:t xml:space="preserve"> </w:t>
      </w:r>
      <w:r w:rsidR="00D260BB">
        <w:rPr>
          <w:rFonts w:eastAsia="新細明體" w:hint="eastAsia"/>
          <w:b/>
          <w:bCs/>
          <w:lang w:eastAsia="zh-TW"/>
        </w:rPr>
        <w:t xml:space="preserve">and this </w:t>
      </w:r>
      <w:r w:rsidRPr="56EF2596">
        <w:rPr>
          <w:b/>
          <w:bCs/>
        </w:rPr>
        <w:t>Application form</w:t>
      </w:r>
    </w:p>
    <w:p w14:paraId="02D7FBF6" w14:textId="77777777" w:rsidR="00217A4B" w:rsidRDefault="00000000">
      <w:r>
        <w:br/>
        <w:t>DECLARATION</w:t>
      </w:r>
    </w:p>
    <w:p w14:paraId="3597942F" w14:textId="5FB6336C" w:rsidR="00217A4B" w:rsidRDefault="56EF2596">
      <w:r>
        <w:t xml:space="preserve">I certify the information is accurate.  Award requires </w:t>
      </w:r>
      <w:r w:rsidR="207B16F4" w:rsidRPr="56EF2596">
        <w:rPr>
          <w:b/>
          <w:bCs/>
        </w:rPr>
        <w:t>ACCEPTED</w:t>
      </w:r>
      <w:r>
        <w:t xml:space="preserve"> abstract and </w:t>
      </w:r>
      <w:r w:rsidR="02801D62" w:rsidRPr="56EF2596">
        <w:rPr>
          <w:b/>
          <w:bCs/>
        </w:rPr>
        <w:t>PRESENTATION</w:t>
      </w:r>
      <w:r>
        <w:t xml:space="preserve"> at the meeting.</w:t>
      </w:r>
    </w:p>
    <w:p w14:paraId="581911F9" w14:textId="648DA5CE" w:rsidR="00217A4B" w:rsidRDefault="00217A4B" w:rsidP="56EF2596"/>
    <w:p w14:paraId="6BE67C53" w14:textId="459AE9C4" w:rsidR="00217A4B" w:rsidRDefault="00217A4B" w:rsidP="56EF2596">
      <w:pPr>
        <w:jc w:val="right"/>
      </w:pPr>
    </w:p>
    <w:p w14:paraId="624DEC2E" w14:textId="6C453784" w:rsidR="00217A4B" w:rsidRDefault="56EF2596" w:rsidP="56EF2596">
      <w:pPr>
        <w:jc w:val="right"/>
      </w:pPr>
      <w:r w:rsidRPr="56EF2596">
        <w:rPr>
          <w:sz w:val="28"/>
          <w:szCs w:val="28"/>
        </w:rPr>
        <w:t>Applicant Signature: _______</w:t>
      </w:r>
      <w:r w:rsidR="66871F8D" w:rsidRPr="56EF2596">
        <w:rPr>
          <w:sz w:val="28"/>
          <w:szCs w:val="28"/>
        </w:rPr>
        <w:t>______________</w:t>
      </w:r>
      <w:r w:rsidR="380FE744" w:rsidRPr="56EF2596">
        <w:rPr>
          <w:sz w:val="28"/>
          <w:szCs w:val="28"/>
        </w:rPr>
        <w:t>______________</w:t>
      </w:r>
      <w:r w:rsidRPr="56EF2596">
        <w:rPr>
          <w:sz w:val="28"/>
          <w:szCs w:val="28"/>
        </w:rPr>
        <w:t>______   Date: __________________</w:t>
      </w:r>
    </w:p>
    <w:sectPr w:rsidR="00217A4B" w:rsidSect="000346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336232">
    <w:abstractNumId w:val="8"/>
  </w:num>
  <w:num w:numId="2" w16cid:durableId="314264396">
    <w:abstractNumId w:val="6"/>
  </w:num>
  <w:num w:numId="3" w16cid:durableId="1756053659">
    <w:abstractNumId w:val="5"/>
  </w:num>
  <w:num w:numId="4" w16cid:durableId="1988631949">
    <w:abstractNumId w:val="4"/>
  </w:num>
  <w:num w:numId="5" w16cid:durableId="1202472599">
    <w:abstractNumId w:val="7"/>
  </w:num>
  <w:num w:numId="6" w16cid:durableId="1955363422">
    <w:abstractNumId w:val="3"/>
  </w:num>
  <w:num w:numId="7" w16cid:durableId="165438060">
    <w:abstractNumId w:val="2"/>
  </w:num>
  <w:num w:numId="8" w16cid:durableId="932398033">
    <w:abstractNumId w:val="1"/>
  </w:num>
  <w:num w:numId="9" w16cid:durableId="1048795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17A4B"/>
    <w:rsid w:val="0027407F"/>
    <w:rsid w:val="0029639D"/>
    <w:rsid w:val="00326F90"/>
    <w:rsid w:val="0041FAB6"/>
    <w:rsid w:val="00A54181"/>
    <w:rsid w:val="00AA1D8D"/>
    <w:rsid w:val="00B47730"/>
    <w:rsid w:val="00CB0664"/>
    <w:rsid w:val="00D260BB"/>
    <w:rsid w:val="00FC693F"/>
    <w:rsid w:val="02801D62"/>
    <w:rsid w:val="02F5D673"/>
    <w:rsid w:val="03D5844B"/>
    <w:rsid w:val="0432EA23"/>
    <w:rsid w:val="05D2C991"/>
    <w:rsid w:val="07135F94"/>
    <w:rsid w:val="081316CB"/>
    <w:rsid w:val="08408271"/>
    <w:rsid w:val="09F1C2EA"/>
    <w:rsid w:val="0B30CCF1"/>
    <w:rsid w:val="0B3C3A6B"/>
    <w:rsid w:val="0E4602CB"/>
    <w:rsid w:val="0E7BB2CA"/>
    <w:rsid w:val="0F485970"/>
    <w:rsid w:val="0FAF07F6"/>
    <w:rsid w:val="10D61555"/>
    <w:rsid w:val="1133BEBB"/>
    <w:rsid w:val="1203FBC4"/>
    <w:rsid w:val="12CBB509"/>
    <w:rsid w:val="13566DEF"/>
    <w:rsid w:val="13E91F12"/>
    <w:rsid w:val="15F0BA4C"/>
    <w:rsid w:val="16BC9113"/>
    <w:rsid w:val="16DC1609"/>
    <w:rsid w:val="18234B93"/>
    <w:rsid w:val="1E551E24"/>
    <w:rsid w:val="207B16F4"/>
    <w:rsid w:val="232071AB"/>
    <w:rsid w:val="2420E48F"/>
    <w:rsid w:val="24429B3C"/>
    <w:rsid w:val="2520EDA4"/>
    <w:rsid w:val="28C99B43"/>
    <w:rsid w:val="28E6B449"/>
    <w:rsid w:val="295FE5E1"/>
    <w:rsid w:val="2A072846"/>
    <w:rsid w:val="2BAA3B9D"/>
    <w:rsid w:val="2C6491AF"/>
    <w:rsid w:val="2D7679D2"/>
    <w:rsid w:val="2E890C6E"/>
    <w:rsid w:val="2FC45DAB"/>
    <w:rsid w:val="31A86B22"/>
    <w:rsid w:val="31F24E79"/>
    <w:rsid w:val="32AAE788"/>
    <w:rsid w:val="3363B43B"/>
    <w:rsid w:val="3472617C"/>
    <w:rsid w:val="3501418B"/>
    <w:rsid w:val="367A1BFB"/>
    <w:rsid w:val="370A9945"/>
    <w:rsid w:val="380FE744"/>
    <w:rsid w:val="397D1CCE"/>
    <w:rsid w:val="39A9BA56"/>
    <w:rsid w:val="3DC09BDC"/>
    <w:rsid w:val="3E42836C"/>
    <w:rsid w:val="3ED1A238"/>
    <w:rsid w:val="3FCCB726"/>
    <w:rsid w:val="3FDAD02E"/>
    <w:rsid w:val="41B43702"/>
    <w:rsid w:val="4344929B"/>
    <w:rsid w:val="437688F6"/>
    <w:rsid w:val="43AA5D4D"/>
    <w:rsid w:val="44C09ADC"/>
    <w:rsid w:val="4513B164"/>
    <w:rsid w:val="45FAA57F"/>
    <w:rsid w:val="463E42A7"/>
    <w:rsid w:val="4A294628"/>
    <w:rsid w:val="4CAA57BA"/>
    <w:rsid w:val="4DEAEC97"/>
    <w:rsid w:val="52B8A161"/>
    <w:rsid w:val="52E4DF60"/>
    <w:rsid w:val="52ED9162"/>
    <w:rsid w:val="55740DC3"/>
    <w:rsid w:val="56EF2596"/>
    <w:rsid w:val="58263357"/>
    <w:rsid w:val="5CC5918A"/>
    <w:rsid w:val="60CBD12F"/>
    <w:rsid w:val="6447FB2A"/>
    <w:rsid w:val="661964D5"/>
    <w:rsid w:val="665B220F"/>
    <w:rsid w:val="66871F8D"/>
    <w:rsid w:val="66F809B1"/>
    <w:rsid w:val="67145CBB"/>
    <w:rsid w:val="6B64F09F"/>
    <w:rsid w:val="6C4C73EA"/>
    <w:rsid w:val="6E97ED3E"/>
    <w:rsid w:val="6EC2D6EC"/>
    <w:rsid w:val="74299D73"/>
    <w:rsid w:val="752C70E4"/>
    <w:rsid w:val="7D7A12F9"/>
    <w:rsid w:val="7E24E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53301D34-A6AA-4A9D-B8B6-1FC57944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a">
    <w:name w:val="Hyperlink"/>
    <w:basedOn w:val="a2"/>
    <w:uiPriority w:val="99"/>
    <w:unhideWhenUsed/>
    <w:rsid w:val="56EF25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idmail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1437</Characters>
  <Application>Microsoft Office Word</Application>
  <DocSecurity>0</DocSecurity>
  <Lines>11</Lines>
  <Paragraphs>3</Paragraphs>
  <ScaleCrop>false</ScaleCrop>
  <Manager/>
  <Company/>
  <LinksUpToDate>false</LinksUpToDate>
  <CharactersWithSpaces>1685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PUOHSIEN LE</cp:lastModifiedBy>
  <cp:revision>3</cp:revision>
  <dcterms:created xsi:type="dcterms:W3CDTF">2026-03-09T23:09:00Z</dcterms:created>
  <dcterms:modified xsi:type="dcterms:W3CDTF">2026-03-09T23:10:00Z</dcterms:modified>
  <cp:category/>
</cp:coreProperties>
</file>